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CC0000"/>
          <w:sz w:val="32"/>
        </w:rPr>
        <w:t>Freiwillige Feuerwehr Altenhammer</w:t>
      </w:r>
    </w:p>
    <w:p>
      <w:pPr>
        <w:spacing w:after="280"/>
        <w:jc w:val="center"/>
      </w:pPr>
      <w:r>
        <w:rPr>
          <w:color w:val="808080"/>
          <w:sz w:val="18"/>
        </w:rPr>
        <w:t>Feuerwehrverein Altenhammer e.V.  ·  VR 683  ·  Amtsgericht Weiden i.d.OPf.</w:t>
      </w:r>
    </w:p>
    <w:p>
      <w:pPr>
        <w:spacing w:after="40"/>
        <w:jc w:val="center"/>
      </w:pPr>
      <w:r>
        <w:rPr>
          <w:b/>
          <w:color w:val="1C1C1C"/>
          <w:sz w:val="26"/>
        </w:rPr>
        <w:t>Aufnahmeantrag und Einwilligungserklärung</w:t>
      </w:r>
    </w:p>
    <w:p>
      <w:pPr>
        <w:spacing w:after="320"/>
        <w:jc w:val="center"/>
      </w:pPr>
      <w:r>
        <w:rPr>
          <w:color w:val="808080"/>
          <w:sz w:val="20"/>
        </w:rPr>
        <w:t>für Personen ab 18 Jahren</w:t>
      </w:r>
    </w:p>
    <w:p>
      <w:pPr>
        <w:spacing w:before="120" w:after="120"/>
        <w:pBdr>
          <w:bottom w:val="single" w:sz="4" w:color="CCCCCC"/>
        </w:pBdr>
      </w:pPr>
    </w:p>
    <w:p>
      <w:pPr>
        <w:spacing w:before="240" w:after="80"/>
        <w:jc w:val="left"/>
      </w:pPr>
      <w:r>
        <w:rPr>
          <w:b/>
          <w:color w:val="CC0000"/>
          <w:sz w:val="26"/>
        </w:rPr>
        <w:t>1. Persönliche Daten</w:t>
      </w: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Vorname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Nachname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Geburtsdatum (TT.MM.JJJJ)</w:t>
            </w:r>
          </w:p>
        </w:tc>
        <w:tc>
          <w:tcPr>
            <w:tcW w:type="dxa" w:w="4703"/>
            <w:tcBorders>
              <w:top w:val="nil"/>
              <w:left w:val="nil"/>
              <w:bottom w:val="nil"/>
              <w:right w:val="nil"/>
            </w:tcBorders>
          </w:tcPr>
          <w:p>
            <w:r>
              <w:rPr>
                <w:color w:val="808080"/>
                <w:sz w:val="17"/>
              </w:rPr>
              <w:t>Staatsangehörigkeit</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Straße und Hausnummer</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PLZ</w:t>
            </w:r>
          </w:p>
        </w:tc>
        <w:tc>
          <w:tcPr>
            <w:tcW w:type="dxa" w:w="4703"/>
            <w:tcBorders>
              <w:top w:val="nil"/>
              <w:left w:val="nil"/>
              <w:bottom w:val="nil"/>
              <w:right w:val="nil"/>
            </w:tcBorders>
          </w:tcPr>
          <w:p>
            <w:r>
              <w:rPr>
                <w:color w:val="808080"/>
                <w:sz w:val="17"/>
              </w:rPr>
              <w:t>Ort</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Telefon / Mobil</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tbl>
      <w:tblPr>
        <w:tblStyle w:val="TableGrid"/>
        <w:tblW w:type="auto" w:w="0"/>
        <w:tblLook w:firstColumn="1" w:firstRow="1" w:lastColumn="0" w:lastRow="0" w:noHBand="0" w:noVBand="1" w:val="04A0"/>
      </w:tblPr>
      <w:tblGrid>
        <w:gridCol w:w="9406"/>
      </w:tblGrid>
      <w:tr>
        <w:tc>
          <w:tcPr>
            <w:tcW w:type="dxa" w:w="9406"/>
            <w:tcBorders>
              <w:top w:val="nil"/>
              <w:left w:val="nil"/>
              <w:bottom w:val="nil"/>
              <w:right w:val="nil"/>
            </w:tcBorders>
          </w:tcPr>
          <w:p>
            <w:r>
              <w:rPr>
                <w:color w:val="808080"/>
                <w:sz w:val="17"/>
              </w:rPr>
              <w:t>E-Mail-Adresse</w:t>
            </w:r>
          </w:p>
        </w:tc>
      </w:tr>
      <w:tr>
        <w:tc>
          <w:tcPr>
            <w:tcW w:type="dxa" w:w="9406"/>
            <w:tcBorders>
              <w:top w:val="nil"/>
              <w:left w:val="nil"/>
              <w:bottom w:val="nil"/>
              <w:right w:val="nil"/>
            </w:tcBorders>
            <w:tcBorders>
              <w:bottom w:val="single" w:sz="6" w:color="1C1C1C"/>
            </w:tcBorders>
          </w:tcPr>
          <w:p>
            <w:pPr>
              <w:spacing w:after="160"/>
            </w:pPr>
            <w:r>
              <w:t xml:space="preserve"> </w:t>
            </w:r>
          </w:p>
        </w:tc>
      </w:tr>
    </w:tbl>
    <w:p>
      <w:pPr>
        <w:spacing w:after="0"/>
      </w:pPr>
    </w:p>
    <w:p>
      <w:pPr>
        <w:spacing w:before="240" w:after="80"/>
        <w:jc w:val="left"/>
      </w:pPr>
      <w:r>
        <w:rPr>
          <w:b/>
          <w:color w:val="CC0000"/>
          <w:sz w:val="26"/>
        </w:rPr>
        <w:t>2. Art der Mitgliedschaft</w:t>
      </w:r>
    </w:p>
    <w:p>
      <w:pPr>
        <w:spacing w:after="100"/>
        <w:ind w:left="0"/>
      </w:pPr>
      <w:r>
        <w:rPr>
          <w:sz w:val="22"/>
        </w:rPr>
        <w:t xml:space="preserve">☐  </w:t>
      </w:r>
      <w:r>
        <w:rPr>
          <w:color w:val="1C1C1C"/>
          <w:sz w:val="20"/>
        </w:rPr>
        <w:t>Aktives Mitglied  (Einsatzdienst, Übungen, Ausbildung — ab 16 Jahren)</w:t>
      </w:r>
    </w:p>
    <w:p>
      <w:pPr>
        <w:spacing w:after="100"/>
        <w:ind w:left="0"/>
      </w:pPr>
      <w:r>
        <w:rPr>
          <w:sz w:val="22"/>
        </w:rPr>
        <w:t xml:space="preserve">☐  </w:t>
      </w:r>
      <w:r>
        <w:rPr>
          <w:color w:val="1C1C1C"/>
          <w:sz w:val="20"/>
        </w:rPr>
        <w:t>Förderndes Mitglied  (finanzielle Unterstützung, kein Einsatzdienst)</w:t>
      </w:r>
    </w:p>
    <w:p>
      <w:pPr>
        <w:spacing w:before="240" w:after="80"/>
        <w:jc w:val="left"/>
      </w:pPr>
      <w:r>
        <w:rPr>
          <w:b/>
          <w:color w:val="CC0000"/>
          <w:sz w:val="26"/>
        </w:rPr>
        <w:t>3. Einwilligung zur Datenverarbeitung (DSGVO)</w:t>
      </w:r>
    </w:p>
    <w:p>
      <w:pPr>
        <w:spacing w:after="80"/>
      </w:pPr>
      <w:r>
        <w:rPr>
          <w:b w:val="0"/>
          <w:i w:val="0"/>
          <w:color w:val="1C1C1C"/>
          <w:sz w:val="19"/>
        </w:rPr>
        <w:t>Ich erkläre mich einverstanden, dass meine oben angegebenen personenbezogenen Daten vom Feuerwehrverein Altenhammer e.V. zum Zweck der Mitgliederverwaltung gespeichert und verarbeitet werden. Eine Weitergabe an Dritte erfolgt nicht, ausgenommen an den Kreisfeuerwehrverband und den Bayerischen Feuerwehrverband, soweit dies für die Mitgliedschaft erforderlich ist.</w:t>
      </w:r>
    </w:p>
    <w:p>
      <w:pPr>
        <w:spacing w:after="40"/>
      </w:pPr>
      <w:r>
        <w:rPr>
          <w:color w:val="808080"/>
          <w:sz w:val="17"/>
        </w:rPr>
        <w:t>Rechtsgrundlage: Art. 6 Abs. 1 lit. b DSGVO (Vertragserfüllung). Widerruf jederzeit möglich durch schriftliche Mitteilung an ff-altenhammer@outlook.com.</w:t>
      </w:r>
    </w:p>
    <w:p>
      <w:pPr>
        <w:spacing w:after="80"/>
      </w:pPr>
    </w:p>
    <w:p>
      <w:pPr>
        <w:spacing w:after="100"/>
        <w:ind w:left="0"/>
      </w:pPr>
      <w:r>
        <w:rPr>
          <w:sz w:val="22"/>
        </w:rPr>
        <w:t xml:space="preserve">☐  </w:t>
      </w:r>
      <w:r>
        <w:rPr>
          <w:color w:val="1C1C1C"/>
          <w:sz w:val="20"/>
        </w:rPr>
        <w:t>Ich stimme der Speicherung meiner Daten zu den genannten Zwecken zu.</w:t>
      </w:r>
    </w:p>
    <w:p>
      <w:pPr>
        <w:spacing w:before="240" w:after="80"/>
        <w:jc w:val="left"/>
      </w:pPr>
      <w:r>
        <w:rPr>
          <w:b/>
          <w:color w:val="CC0000"/>
          <w:sz w:val="26"/>
        </w:rPr>
        <w:t>4. Einwilligung zur Veröffentlichung von Fotos und Videos (freiwillig)</w:t>
      </w:r>
    </w:p>
    <w:p>
      <w:pPr>
        <w:spacing w:after="80"/>
      </w:pPr>
      <w:r>
        <w:rPr>
          <w:b w:val="0"/>
          <w:i w:val="0"/>
          <w:color w:val="1C1C1C"/>
          <w:sz w:val="19"/>
        </w:rPr>
        <w:t>Ich erkläre mich einverstanden, dass Fotos und Videos, auf denen ich abgebildet bin und die im Rahmen von Feuerwehr-Veranstaltungen entstehen, auf der Homepage und den Social-Media-Kanälen (Facebook, Instagram) der FF Altenhammer veröffentlicht werden dürfen.</w:t>
      </w:r>
    </w:p>
    <w:p>
      <w:pPr>
        <w:spacing w:after="40"/>
      </w:pPr>
      <w:r>
        <w:rPr>
          <w:color w:val="808080"/>
          <w:sz w:val="17"/>
        </w:rPr>
        <w:t>Diese Einwilligung ist freiwillig und kann jederzeit widerrufen werden.</w:t>
      </w:r>
    </w:p>
    <w:p>
      <w:pPr>
        <w:spacing w:after="80"/>
      </w:pPr>
    </w:p>
    <w:p>
      <w:pPr>
        <w:spacing w:after="100"/>
        <w:ind w:left="0"/>
      </w:pPr>
      <w:r>
        <w:rPr>
          <w:sz w:val="22"/>
        </w:rPr>
        <w:t xml:space="preserve">☐  </w:t>
      </w:r>
      <w:r>
        <w:rPr>
          <w:color w:val="1C1C1C"/>
          <w:sz w:val="20"/>
        </w:rPr>
        <w:t>Ich stimme der Veröffentlichung von Fotos/Videos meiner Person zu.</w:t>
      </w:r>
    </w:p>
    <w:p>
      <w:pPr>
        <w:spacing w:after="100"/>
        <w:ind w:left="0"/>
      </w:pPr>
      <w:r>
        <w:rPr>
          <w:sz w:val="22"/>
        </w:rPr>
        <w:t xml:space="preserve">☐  </w:t>
      </w:r>
      <w:r>
        <w:rPr>
          <w:color w:val="1C1C1C"/>
          <w:sz w:val="20"/>
        </w:rPr>
        <w:t>Ich stimme der Veröffentlichung NICHT zu.</w:t>
      </w:r>
    </w:p>
    <w:p>
      <w:pPr>
        <w:spacing w:before="240" w:after="80"/>
        <w:jc w:val="left"/>
      </w:pPr>
      <w:r>
        <w:rPr>
          <w:b/>
          <w:color w:val="CC0000"/>
          <w:sz w:val="26"/>
        </w:rPr>
        <w:t>5. Unterschrift</w:t>
      </w:r>
    </w:p>
    <w:tbl>
      <w:tblPr>
        <w:tblStyle w:val="TableGrid"/>
        <w:tblW w:type="auto" w:w="0"/>
        <w:tblLook w:firstColumn="1" w:firstRow="1" w:lastColumn="0" w:lastRow="0" w:noHBand="0" w:noVBand="1" w:val="04A0"/>
      </w:tblPr>
      <w:tblGrid>
        <w:gridCol w:w="4535"/>
        <w:gridCol w:w="3969"/>
      </w:tblGrid>
      <w:tr>
        <w:tc>
          <w:tcPr>
            <w:tcW w:type="dxa" w:w="4703"/>
            <w:tcBorders>
              <w:top w:val="nil"/>
              <w:left w:val="nil"/>
              <w:bottom w:val="nil"/>
              <w:right w:val="nil"/>
            </w:tcBorders>
          </w:tcPr>
          <w:p>
            <w:r>
              <w:rPr>
                <w:color w:val="808080"/>
                <w:sz w:val="17"/>
              </w:rPr>
              <w:t>Ort, Datum</w:t>
            </w:r>
          </w:p>
        </w:tc>
        <w:tc>
          <w:tcPr>
            <w:tcW w:type="dxa" w:w="4703"/>
            <w:tcBorders>
              <w:top w:val="nil"/>
              <w:left w:val="nil"/>
              <w:bottom w:val="nil"/>
              <w:right w:val="nil"/>
            </w:tcBorders>
          </w:tcPr>
          <w:p>
            <w:r>
              <w:rPr>
                <w:color w:val="808080"/>
                <w:sz w:val="17"/>
              </w:rPr>
              <w:t>Unterschrift</w:t>
            </w:r>
          </w:p>
        </w:tc>
      </w:tr>
      <w:tr>
        <w:tc>
          <w:tcPr>
            <w:tcW w:type="dxa" w:w="4703"/>
            <w:tcBorders>
              <w:top w:val="nil"/>
              <w:left w:val="nil"/>
              <w:bottom w:val="nil"/>
              <w:right w:val="nil"/>
            </w:tcBorders>
            <w:tcBorders>
              <w:bottom w:val="single" w:sz="6" w:color="1C1C1C"/>
            </w:tcBorders>
          </w:tcPr>
          <w:p>
            <w:pPr>
              <w:spacing w:after="160"/>
            </w:pPr>
            <w:r>
              <w:t xml:space="preserve"> </w:t>
            </w:r>
          </w:p>
        </w:tc>
        <w:tc>
          <w:tcPr>
            <w:tcW w:type="dxa" w:w="4703"/>
            <w:tcBorders>
              <w:top w:val="nil"/>
              <w:left w:val="nil"/>
              <w:bottom w:val="nil"/>
              <w:right w:val="nil"/>
            </w:tcBorders>
            <w:tcBorders>
              <w:bottom w:val="single" w:sz="6" w:color="1C1C1C"/>
            </w:tcBorders>
          </w:tcPr>
          <w:p>
            <w:pPr>
              <w:spacing w:after="160"/>
            </w:pPr>
            <w:r>
              <w:t xml:space="preserve"> </w:t>
            </w:r>
          </w:p>
        </w:tc>
      </w:tr>
    </w:tbl>
    <w:p>
      <w:pPr>
        <w:spacing w:after="0"/>
      </w:pPr>
    </w:p>
    <w:p>
      <w:pPr>
        <w:spacing w:after="40"/>
      </w:pPr>
      <w:r>
        <w:rPr>
          <w:color w:val="808080"/>
          <w:sz w:val="17"/>
        </w:rPr>
        <w:t>Bitte ausgefülltes Formular beim Vorstand abgeben oder per E-Mail an ff-altenhammer@outlook.com einsenden.</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