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CC0000"/>
          <w:sz w:val="32"/>
        </w:rPr>
        <w:t>Freiwillige Feuerwehr Altenhammer</w:t>
      </w:r>
    </w:p>
    <w:p>
      <w:pPr>
        <w:spacing w:after="280"/>
        <w:jc w:val="center"/>
      </w:pPr>
      <w:r>
        <w:rPr>
          <w:color w:val="808080"/>
          <w:sz w:val="18"/>
        </w:rPr>
        <w:t>Feuerwehrverein Altenhammer e.V.  ·  VR 683  ·  Amtsgericht Weiden i.d.OPf.</w:t>
      </w:r>
    </w:p>
    <w:p>
      <w:pPr>
        <w:spacing w:after="40"/>
        <w:jc w:val="center"/>
      </w:pPr>
      <w:r>
        <w:rPr>
          <w:b/>
          <w:color w:val="1C1C1C"/>
          <w:sz w:val="26"/>
        </w:rPr>
        <w:t>Aufnahmeantrag und Einwilligungserklärung</w:t>
      </w:r>
    </w:p>
    <w:p>
      <w:pPr>
        <w:spacing w:after="320"/>
        <w:jc w:val="center"/>
      </w:pPr>
      <w:r>
        <w:rPr>
          <w:color w:val="808080"/>
          <w:sz w:val="20"/>
        </w:rPr>
        <w:t>für Minderjährige (unter 18 Jahren) — mit Einwilligung der Erziehungsberechtigten</w:t>
      </w:r>
    </w:p>
    <w:p>
      <w:pPr>
        <w:spacing w:before="120" w:after="120"/>
        <w:pBdr>
          <w:bottom w:val="single" w:sz="4" w:color="CCCCCC"/>
        </w:pBdr>
      </w:pPr>
    </w:p>
    <w:p>
      <w:pPr>
        <w:spacing w:before="240" w:after="80"/>
        <w:jc w:val="left"/>
      </w:pPr>
      <w:r>
        <w:rPr>
          <w:b/>
          <w:color w:val="CC0000"/>
          <w:sz w:val="26"/>
        </w:rPr>
        <w:t>1. Daten des Kindes / Jugendlichen</w:t>
      </w: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Vorname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Nachname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Geburtsdatum (TT.MM.JJJJ)</w:t>
            </w:r>
          </w:p>
        </w:tc>
        <w:tc>
          <w:tcPr>
            <w:tcW w:type="dxa" w:w="4703"/>
            <w:tcBorders>
              <w:top w:val="nil"/>
              <w:left w:val="nil"/>
              <w:bottom w:val="nil"/>
              <w:right w:val="nil"/>
            </w:tcBorders>
          </w:tcPr>
          <w:p>
            <w:r>
              <w:rPr>
                <w:color w:val="808080"/>
                <w:sz w:val="17"/>
              </w:rPr>
              <w:t>Alter</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Straße und Hausnummer</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PLZ</w:t>
            </w:r>
          </w:p>
        </w:tc>
        <w:tc>
          <w:tcPr>
            <w:tcW w:type="dxa" w:w="4703"/>
            <w:tcBorders>
              <w:top w:val="nil"/>
              <w:left w:val="nil"/>
              <w:bottom w:val="nil"/>
              <w:right w:val="nil"/>
            </w:tcBorders>
          </w:tcPr>
          <w:p>
            <w:r>
              <w:rPr>
                <w:color w:val="808080"/>
                <w:sz w:val="17"/>
              </w:rPr>
              <w:t>Ort</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Telefon / Mobil (des Kindes, falls vorhanden)</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p>
      <w:pPr>
        <w:spacing w:before="240" w:after="80"/>
        <w:jc w:val="left"/>
      </w:pPr>
      <w:r>
        <w:rPr>
          <w:b/>
          <w:color w:val="CC0000"/>
          <w:sz w:val="26"/>
        </w:rPr>
        <w:t>2. Daten der Erziehungsberechtigten</w:t>
      </w: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Name (Erziehungsberechtigte/r)</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Telefon / Mobil</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E-Mail-Adresse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p>
      <w:pPr>
        <w:spacing w:before="240" w:after="80"/>
        <w:jc w:val="left"/>
      </w:pPr>
      <w:r>
        <w:rPr>
          <w:b/>
          <w:color w:val="CC0000"/>
          <w:sz w:val="26"/>
        </w:rPr>
        <w:t>3. Art der Mitgliedschaft</w:t>
      </w:r>
    </w:p>
    <w:p>
      <w:pPr>
        <w:spacing w:after="100"/>
        <w:ind w:left="0"/>
      </w:pPr>
      <w:r>
        <w:rPr>
          <w:sz w:val="22"/>
        </w:rPr>
        <w:t xml:space="preserve">☐  </w:t>
      </w:r>
      <w:r>
        <w:rPr>
          <w:color w:val="1C1C1C"/>
          <w:sz w:val="20"/>
        </w:rPr>
        <w:t>Kinderfeuerwehr  (ab 6 Jahren, spielerisch, keine Einsätze)</w:t>
      </w:r>
    </w:p>
    <w:p>
      <w:pPr>
        <w:spacing w:after="100"/>
        <w:ind w:left="0"/>
      </w:pPr>
      <w:r>
        <w:rPr>
          <w:sz w:val="22"/>
        </w:rPr>
        <w:t xml:space="preserve">☐  </w:t>
      </w:r>
      <w:r>
        <w:rPr>
          <w:color w:val="1C1C1C"/>
          <w:sz w:val="20"/>
        </w:rPr>
        <w:t>Jugendfeuerwehr / Aktives Mitglied  (ab 12/16 Jahren, Übungen und Ausbildung)</w:t>
      </w:r>
    </w:p>
    <w:p>
      <w:pPr>
        <w:spacing w:after="100"/>
        <w:ind w:left="0"/>
      </w:pPr>
      <w:r>
        <w:rPr>
          <w:sz w:val="22"/>
        </w:rPr>
        <w:t xml:space="preserve">☐  </w:t>
      </w:r>
      <w:r>
        <w:rPr>
          <w:color w:val="1C1C1C"/>
          <w:sz w:val="20"/>
        </w:rPr>
        <w:t>Förderndes Mitglied</w:t>
      </w:r>
    </w:p>
    <w:p>
      <w:pPr>
        <w:spacing w:before="240" w:after="80"/>
        <w:jc w:val="left"/>
      </w:pPr>
      <w:r>
        <w:rPr>
          <w:b/>
          <w:color w:val="CC0000"/>
          <w:sz w:val="26"/>
        </w:rPr>
        <w:t>4. Einwilligung zur Datenverarbeitung (DSGVO)</w:t>
      </w:r>
    </w:p>
    <w:p>
      <w:pPr>
        <w:spacing w:after="80"/>
      </w:pPr>
      <w:r>
        <w:rPr>
          <w:b w:val="0"/>
          <w:i w:val="0"/>
          <w:color w:val="1C1C1C"/>
          <w:sz w:val="19"/>
        </w:rPr>
        <w:t>Als Erziehungsberechtigte/r erkläre ich mich einverstanden, dass die personenbezogenen Daten meines Kindes vom Feuerwehrverein Altenhammer e.V. zum Zweck der Mitgliederverwaltung gespeichert und verarbeitet werden. Eine Weitergabe an Dritte erfolgt nicht, ausgenommen an den Kreisfeuerwehrverband und den Bayerischen Feuerwehrverband, soweit dies für die Mitgliedschaft erforderlich ist.</w:t>
      </w:r>
    </w:p>
    <w:p>
      <w:pPr>
        <w:spacing w:after="40"/>
      </w:pPr>
      <w:r>
        <w:rPr>
          <w:color w:val="808080"/>
          <w:sz w:val="17"/>
        </w:rPr>
        <w:t>Rechtsgrundlage: Art. 6 Abs. 1 lit. b DSGVO. Widerruf jederzeit möglich durch schriftliche Mitteilung an ff-altenhammer@outlook.com.</w:t>
      </w:r>
    </w:p>
    <w:p>
      <w:pPr>
        <w:spacing w:after="80"/>
      </w:pPr>
    </w:p>
    <w:p>
      <w:pPr>
        <w:spacing w:after="100"/>
        <w:ind w:left="0"/>
      </w:pPr>
      <w:r>
        <w:rPr>
          <w:sz w:val="22"/>
        </w:rPr>
        <w:t xml:space="preserve">☐  </w:t>
      </w:r>
      <w:r>
        <w:rPr>
          <w:color w:val="1C1C1C"/>
          <w:sz w:val="20"/>
        </w:rPr>
        <w:t>Ich stimme der Speicherung der Daten meines Kindes zu den genannten Zwecken zu.</w:t>
      </w:r>
    </w:p>
    <w:p>
      <w:pPr>
        <w:spacing w:before="240" w:after="80"/>
        <w:jc w:val="left"/>
      </w:pPr>
      <w:r>
        <w:rPr>
          <w:b/>
          <w:color w:val="CC0000"/>
          <w:sz w:val="26"/>
        </w:rPr>
        <w:t>5. Einwilligung zur Veröffentlichung von Fotos und Videos (freiwillig)</w:t>
      </w:r>
    </w:p>
    <w:p>
      <w:pPr>
        <w:spacing w:after="80"/>
      </w:pPr>
      <w:r>
        <w:rPr>
          <w:b w:val="0"/>
          <w:i w:val="0"/>
          <w:color w:val="1C1C1C"/>
          <w:sz w:val="19"/>
        </w:rPr>
        <w:t>Ich erkläre mich einverstanden, dass Fotos und Videos, auf denen mein Kind abgebildet ist und die im Rahmen von Feuerwehr-Veranstaltungen entstehen, auf der Homepage und den Social-Media-Kanälen (Facebook, Instagram) der FF Altenhammer veröffentlicht werden dürfen.</w:t>
      </w:r>
    </w:p>
    <w:p>
      <w:pPr>
        <w:spacing w:after="40"/>
      </w:pPr>
      <w:r>
        <w:rPr>
          <w:color w:val="808080"/>
          <w:sz w:val="17"/>
        </w:rPr>
        <w:t>Diese Einwilligung ist freiwillig und kann jederzeit widerrufen werden.</w:t>
      </w:r>
    </w:p>
    <w:p>
      <w:pPr>
        <w:spacing w:after="80"/>
      </w:pPr>
    </w:p>
    <w:p>
      <w:pPr>
        <w:spacing w:after="100"/>
        <w:ind w:left="0"/>
      </w:pPr>
      <w:r>
        <w:rPr>
          <w:sz w:val="22"/>
        </w:rPr>
        <w:t xml:space="preserve">☐  </w:t>
      </w:r>
      <w:r>
        <w:rPr>
          <w:color w:val="1C1C1C"/>
          <w:sz w:val="20"/>
        </w:rPr>
        <w:t>Ich stimme der Veröffentlichung von Fotos/Videos meines Kindes zu.</w:t>
      </w:r>
    </w:p>
    <w:p>
      <w:pPr>
        <w:spacing w:after="100"/>
        <w:ind w:left="0"/>
      </w:pPr>
      <w:r>
        <w:rPr>
          <w:sz w:val="22"/>
        </w:rPr>
        <w:t xml:space="preserve">☐  </w:t>
      </w:r>
      <w:r>
        <w:rPr>
          <w:color w:val="1C1C1C"/>
          <w:sz w:val="20"/>
        </w:rPr>
        <w:t>Ich stimme der Veröffentlichung NICHT zu.</w:t>
      </w:r>
    </w:p>
    <w:p>
      <w:pPr>
        <w:spacing w:before="240" w:after="80"/>
        <w:jc w:val="left"/>
      </w:pPr>
      <w:r>
        <w:rPr>
          <w:b/>
          <w:color w:val="CC0000"/>
          <w:sz w:val="26"/>
        </w:rPr>
        <w:t>6. Unterschrift der Erziehungsberechtigten</w:t>
      </w: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Ort, Datum</w:t>
            </w:r>
          </w:p>
        </w:tc>
        <w:tc>
          <w:tcPr>
            <w:tcW w:type="dxa" w:w="4703"/>
            <w:tcBorders>
              <w:top w:val="nil"/>
              <w:left w:val="nil"/>
              <w:bottom w:val="nil"/>
              <w:right w:val="nil"/>
            </w:tcBorders>
          </w:tcPr>
          <w:p>
            <w:r>
              <w:rPr>
                <w:color w:val="808080"/>
                <w:sz w:val="17"/>
              </w:rPr>
              <w:t>Unterschrift Erziehungsberechtigte/r</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p>
      <w:pPr>
        <w:spacing w:after="40"/>
      </w:pPr>
      <w:r>
        <w:rPr>
          <w:color w:val="808080"/>
          <w:sz w:val="17"/>
        </w:rPr>
        <w:t>Bitte ausgefülltes Formular beim Vorstand abgeben oder per E-Mail an ff-altenhammer@outlook.com einsenden.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